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WORK INSTRUCTION</w:t>
      </w:r>
    </w:p>
    <w:p>
      <w:pPr>
        <w:pStyle w:val="Title"/>
      </w:pPr>
      <w:r>
        <w:rPr>
          <w:b/>
          <w:sz w:val="34"/>
        </w:rPr>
        <w:t>Replace the gripper servo (motor 6), SO-101 follower arm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93"/>
        <w:gridCol w:w="2822"/>
        <w:gridCol w:w="1693"/>
        <w:gridCol w:w="2540"/>
        <w:gridCol w:w="1835"/>
        <w:gridCol w:w="3528"/>
      </w:tblGrid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Product / part no.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sz w:val="17"/>
              </w:rPr>
              <w:t>SO-101 follower arm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Operation no.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sz w:val="17"/>
              </w:rPr>
              <w:t>40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Station / cell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sz w:val="17"/>
              </w:rPr>
              <w:t>Robotics lab bench</w:t>
            </w:r>
          </w:p>
        </w:tc>
      </w:tr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Takt time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Standard time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sz w:val="17"/>
              </w:rPr>
              <w:t>20 min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sz w:val="17"/>
              </w:rPr>
              <w:t>2026-11-04</w:t>
            </w:r>
          </w:p>
        </w:tc>
      </w:tr>
      <w:tr>
        <w:trPr>
          <w:cantSplit/>
        </w:trPr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2822"/>
            <w:vAlign w:val="top"/>
          </w:tcPr>
          <w:p>
            <w:pPr>
              <w:spacing w:after="0"/>
            </w:pPr>
            <w:r>
              <w:rPr>
                <w:sz w:val="17"/>
              </w:rPr>
              <w:t>TwinWorks</w:t>
            </w:r>
          </w:p>
        </w:tc>
        <w:tc>
          <w:tcPr>
            <w:tcW w:type="dxa" w:w="169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  <w:tc>
          <w:tcPr>
            <w:tcW w:type="dxa" w:w="2540"/>
            <w:vAlign w:val="top"/>
          </w:tcPr>
          <w:p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WI no. · Rev.</w:t>
            </w:r>
          </w:p>
        </w:tc>
        <w:tc>
          <w:tcPr>
            <w:tcW w:type="dxa" w:w="3528"/>
            <w:vAlign w:val="top"/>
          </w:tcPr>
          <w:p>
            <w:pPr>
              <w:spacing w:after="0"/>
            </w:pPr>
            <w:r>
              <w:rPr>
                <w:sz w:val="17"/>
              </w:rPr>
              <w:t>WI-EX-101 · A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Filled-in example from the public TwinWorks procedure “Replacing servomotor 6” for the open-source SO-101 arm; images from its 3D steps. Illustrative: check it against the LeRobot documentation before use.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  <w:gridCol w:w="4234"/>
      </w:tblGrid>
      <w:tr>
        <w:trPr>
          <w:cantSplit/>
        </w:trPr>
        <w:tc>
          <w:tcPr>
            <w:tcW w:type="dxa" w:w="1411"/>
            <w:shd w:val="clear" w:color="auto" w:fill="EEF1F4"/>
            <w:vAlign w:val="center"/>
          </w:tcPr>
          <w:p>
            <w:pPr>
              <w:spacing w:after="20"/>
            </w:pPr>
            <w:r>
              <w:rPr>
                <w:b/>
                <w:sz w:val="16"/>
              </w:rPr>
              <w:t>Required PPE</w:t>
            </w:r>
          </w:p>
          <w:p>
            <w:pPr>
              <w:spacing w:after="20"/>
            </w:pPr>
            <w:r>
              <w:rPr>
                <w:sz w:val="16"/>
              </w:rPr>
              <w:t>Tick what applies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ass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Safety glasses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ove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Gloves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ears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Hearing protection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shoe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Safety shoes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helme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Hard hat</w:t>
            </w:r>
          </w:p>
        </w:tc>
        <w:tc>
          <w:tcPr>
            <w:tcW w:type="dxa" w:w="14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mas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Mask / respirator</w:t>
            </w:r>
          </w:p>
        </w:tc>
        <w:tc>
          <w:tcPr>
            <w:tcW w:type="dxa" w:w="4234"/>
            <w:vAlign w:val="top"/>
          </w:tcPr>
          <w:p>
            <w:pPr>
              <w:spacing w:after="20"/>
            </w:pPr>
            <w:r>
              <w:rPr>
                <w:b/>
                <w:sz w:val="16"/>
              </w:rPr>
              <w:t>Other:</w:t>
            </w:r>
          </w:p>
          <w:p>
            <w:pPr>
              <w:spacing w:after="20"/>
            </w:pPr>
            <w:r>
              <w:rPr>
                <w:sz w:val="16"/>
              </w:rPr>
              <w:t>None beyond the lab rules. Power off before you start.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645"/>
        <w:gridCol w:w="8467"/>
      </w:tblGrid>
      <w:tr>
        <w:trPr>
          <w:tblHeader/>
          <w:cantSplit/>
        </w:trPr>
        <w:tc>
          <w:tcPr>
            <w:tcW w:type="dxa" w:w="56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Tools and equipment</w:t>
            </w:r>
          </w:p>
        </w:tc>
        <w:tc>
          <w:tcPr>
            <w:tcW w:type="dxa" w:w="84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Parts and materials</w:t>
            </w:r>
          </w:p>
        </w:tc>
      </w:tr>
      <w:tr>
        <w:trPr>
          <w:cantSplit/>
        </w:trPr>
        <w:tc>
          <w:tcPr>
            <w:tcW w:type="dxa" w:w="5645"/>
            <w:vAlign w:val="top"/>
          </w:tcPr>
          <w:p>
            <w:pPr>
              <w:spacing w:after="20"/>
            </w:pPr>
            <w:r>
              <w:rPr>
                <w:sz w:val="17"/>
              </w:rPr>
              <w:t>• #1 Phillips screwdriver</w:t>
            </w:r>
          </w:p>
          <w:p>
            <w:pPr>
              <w:spacing w:after="20"/>
            </w:pPr>
            <w:r>
              <w:rPr>
                <w:sz w:val="17"/>
              </w:rPr>
              <w:t>• Computer with LeRobot installed</w:t>
            </w:r>
          </w:p>
        </w:tc>
        <w:tc>
          <w:tcPr>
            <w:tcW w:type="dxa" w:w="8467"/>
            <w:vAlign w:val="top"/>
          </w:tcPr>
          <w:p>
            <w:pPr>
              <w:spacing w:after="20"/>
            </w:pPr>
            <w:r>
              <w:rPr>
                <w:sz w:val="17"/>
              </w:rPr>
              <w:t>• 1 × Feetech STS3215 servo, 1/345 gearing (C001), same voltage as the arm</w:t>
            </w:r>
          </w:p>
          <w:p>
            <w:pPr>
              <w:spacing w:after="20"/>
            </w:pPr>
            <w:r>
              <w:rPr>
                <w:sz w:val="17"/>
              </w:rPr>
              <w:t>• 8 × M3 × 6 mm and 4 × M2 × 6 mm screws (reused)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76"/>
        <w:gridCol w:w="4234"/>
        <w:gridCol w:w="3881"/>
        <w:gridCol w:w="2399"/>
        <w:gridCol w:w="1411"/>
        <w:gridCol w:w="1411"/>
      </w:tblGrid>
      <w:tr>
        <w:trPr>
          <w:tblHeader/>
          <w:cantSplit/>
        </w:trPr>
        <w:tc>
          <w:tcPr>
            <w:tcW w:type="dxa" w:w="77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Step</w:t>
            </w:r>
          </w:p>
        </w:tc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Image</w:t>
            </w:r>
          </w:p>
        </w:tc>
        <w:tc>
          <w:tcPr>
            <w:tcW w:type="dxa" w:w="38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What to do</w:t>
            </w:r>
          </w:p>
        </w:tc>
        <w:tc>
          <w:tcPr>
            <w:tcW w:type="dxa" w:w="239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Key points</w:t>
            </w:r>
          </w:p>
        </w:tc>
        <w:tc>
          <w:tcPr>
            <w:tcW w:type="dxa" w:w="14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⚠ Safety</w:t>
            </w:r>
          </w:p>
        </w:tc>
        <w:tc>
          <w:tcPr>
            <w:tcW w:type="dxa" w:w="14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✓ Quality</w:t>
            </w: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1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Remove the first set of jaw screws</w:t>
            </w:r>
          </w:p>
          <w:p>
            <w:pPr>
              <w:spacing w:after="60"/>
            </w:pPr>
            <w:r>
              <w:rPr>
                <w:sz w:val="17"/>
              </w:rPr>
              <w:t>Disconnect the arm’s power supply and USB cable first. Then remove the four M3 × 6 mm screws that hold the moving jaw to the servo horn on this side.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#1 Phillips screwdriver. Keep the screws for reassembly.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Power and USB disconnected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2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Remove the second set of jaw screws</w:t>
            </w:r>
          </w:p>
          <w:p>
            <w:pPr>
              <w:spacing w:after="60"/>
            </w:pPr>
            <w:r>
              <w:rPr>
                <w:sz w:val="17"/>
              </w:rPr>
              <w:t>Remove the four M3 × 6 mm screws on the other side of the moving jaw.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Support the jaw as the last screw comes out.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3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Remove the moving jaw</w:t>
            </w:r>
          </w:p>
          <w:p>
            <w:pPr>
              <w:spacing w:after="60"/>
            </w:pPr>
            <w:r>
              <w:rPr>
                <w:sz w:val="17"/>
              </w:rPr>
              <w:t>Lift the moving jaw off the servo horns and set it aside with its eight screws.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Note which way it faces, to refit it the same way.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Jaw orientation noted</w:t>
            </w: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Unplug servomotor 6</w:t>
            </w:r>
          </w:p>
          <w:p>
            <w:pPr>
              <w:spacing w:after="60"/>
            </w:pPr>
            <w:r>
              <w:rPr>
                <w:sz w:val="17"/>
              </w:rPr>
              <w:t>Unplug the 3-pin cable from servomotor 6. It is the last servo in the chain, so it has only one cable, coming from servomotor 5.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Pull the connector, not the wires.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5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Replace the servomotor</w:t>
            </w:r>
          </w:p>
          <w:p>
            <w:pPr>
              <w:spacing w:after="60"/>
            </w:pPr>
            <w:r>
              <w:rPr>
                <w:sz w:val="17"/>
              </w:rPr>
              <w:t>Remove the four M2 × 6 mm screws (two on each side) that hold servomotor 6 in the lower jaw and slide the old servo out. Fit both horns on the new STS3215 (1/345 gearing), securing the top horn with an M3 × 6 mm screw. Slide it in and refit the four M2 × 6 mm screws.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Output shaft on the moving-jaw side. The bottom horn needs no screw.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Same servo type: STS3215, 1/345</w:t>
            </w: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6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Give the new servo ID 6, then plug it in</w:t>
            </w:r>
          </w:p>
          <w:p>
            <w:pPr>
              <w:spacing w:after="60"/>
            </w:pPr>
            <w:r>
              <w:rPr>
                <w:sz w:val="17"/>
              </w:rPr>
              <w:t>Connect the driver board to the new servo alone, power it and run lerobot-setup-motors --robot.type=so101_follower. Press Enter at the gripper prompt, wait for “'gripper' motor id set to 6”, then stop the script. Power off, reconnect the board to servomotor 1 and plug the cable from servomotor 5 into the new servo.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comes set to ID 1.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Power off before you reconnect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“motor id set to 6” shown</w:t>
            </w: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7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Install the moving jaw</w:t>
            </w:r>
          </w:p>
          <w:p>
            <w:pPr>
              <w:spacing w:after="60"/>
            </w:pPr>
            <w:r>
              <w:rPr>
                <w:sz w:val="17"/>
              </w:rPr>
              <w:t>Place the moving jaw back on the new servo’s horns, facing the same way as before.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Screw holes lined up with the horns on both sides.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8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Refit the first set of jaw screws</w:t>
            </w:r>
          </w:p>
          <w:p>
            <w:pPr>
              <w:spacing w:after="60"/>
            </w:pPr>
            <w:r>
              <w:rPr>
                <w:sz w:val="17"/>
              </w:rPr>
              <w:t>Refit the four M3 × 6 mm screws on this side.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Leave them slightly loose until all eight are in.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  <w:tc>
          <w:tcPr>
            <w:tcW w:type="dxa" w:w="14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77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9</w:t>
            </w:r>
          </w:p>
        </w:tc>
        <w:tc>
          <w:tcPr>
            <w:tcW w:type="dxa" w:w="423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81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Refit the second set and recalibrate</w:t>
            </w:r>
          </w:p>
          <w:p>
            <w:pPr>
              <w:spacing w:after="60"/>
            </w:pPr>
            <w:r>
              <w:rPr>
                <w:sz w:val="17"/>
              </w:rPr>
              <w:t>Refit the four M3 × 6 mm screws on the other side, then tighten all eight evenly. Reconnect power and USB and run lerobot-calibrate with the same arm name as before: every joint to the middle of its range, Enter, then each joint through its full range.</w:t>
            </w:r>
          </w:p>
        </w:tc>
        <w:tc>
          <w:tcPr>
            <w:tcW w:type="dxa" w:w="2399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has no calibration.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Keep fingers clear of the jaw when powered</w:t>
            </w:r>
          </w:p>
        </w:tc>
        <w:tc>
          <w:tcPr>
            <w:tcW w:type="dxa" w:w="1411"/>
            <w:vAlign w:val="top"/>
          </w:tcPr>
          <w:p>
            <w:pPr>
              <w:spacing w:after="0"/>
            </w:pPr>
            <w:r>
              <w:rPr>
                <w:sz w:val="17"/>
              </w:rPr>
              <w:t>Jaw opens and closes freely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Sign-off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35"/>
        <w:gridCol w:w="4092"/>
        <w:gridCol w:w="4092"/>
        <w:gridCol w:w="4092"/>
      </w:tblGrid>
      <w:tr>
        <w:trPr>
          <w:tblHeader/>
          <w:cantSplit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Checked by</w:t>
            </w:r>
          </w:p>
        </w:tc>
        <w:tc>
          <w:tcPr>
            <w:tcW w:type="dxa" w:w="409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403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47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  <w:tc>
          <w:tcPr>
            <w:tcW w:type="dxa" w:w="409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Operator training record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234"/>
        <w:gridCol w:w="4234"/>
        <w:gridCol w:w="2117"/>
        <w:gridCol w:w="3528"/>
      </w:tblGrid>
      <w:tr>
        <w:trPr>
          <w:tblHeader/>
          <w:cantSplit/>
        </w:trPr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Operator</w:t>
            </w:r>
          </w:p>
        </w:tc>
        <w:tc>
          <w:tcPr>
            <w:tcW w:type="dxa" w:w="42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Trained by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52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Signature</w:t>
            </w: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4234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352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Revision history</w:t>
      </w:r>
    </w:p>
    <w:tbl>
      <w:tblPr>
        <w:tblW w:w="14112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8"/>
        <w:gridCol w:w="1835"/>
        <w:gridCol w:w="7056"/>
        <w:gridCol w:w="2117"/>
        <w:gridCol w:w="2117"/>
      </w:tblGrid>
      <w:tr>
        <w:trPr>
          <w:tblHeader/>
          <w:cantSplit/>
        </w:trPr>
        <w:tc>
          <w:tcPr>
            <w:tcW w:type="dxa" w:w="98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83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70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Change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By</w:t>
            </w:r>
          </w:p>
        </w:tc>
        <w:tc>
          <w:tcPr>
            <w:tcW w:type="dxa" w:w="211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</w:t>
            </w:r>
          </w:p>
        </w:tc>
      </w:tr>
      <w:tr>
        <w:trPr>
          <w:cantSplit/>
          <w:trHeight w:val="374" w:hRule="atLeast"/>
        </w:trPr>
        <w:tc>
          <w:tcPr>
            <w:tcW w:type="dxa" w:w="98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835"/>
            <w:vAlign w:val="top"/>
          </w:tcPr>
          <w:p>
            <w:pPr>
              <w:spacing w:after="0"/>
            </w:pPr>
            <w:r>
              <w:rPr>
                <w:sz w:val="18"/>
              </w:rPr>
              <w:t>2026-11-04</w:t>
            </w:r>
          </w:p>
        </w:tc>
        <w:tc>
          <w:tcPr>
            <w:tcW w:type="dxa" w:w="7056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 (example)</w:t>
            </w: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8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835"/>
            <w:vAlign w:val="top"/>
          </w:tcPr>
          <w:p>
            <w:pPr>
              <w:spacing w:after="0"/>
            </w:pPr>
          </w:p>
        </w:tc>
        <w:tc>
          <w:tcPr>
            <w:tcW w:type="dxa" w:w="7056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  <w:tc>
          <w:tcPr>
            <w:tcW w:type="dxa" w:w="2117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080" w:right="864" w:bottom="1008" w:left="864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112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4112" w:val="right"/>
      </w:tabs>
      <w:spacing w:after="0"/>
    </w:pPr>
    <w:r>
      <w:rPr>
        <w:color w:val="6B7280"/>
        <w:sz w:val="16"/>
      </w:rPr>
      <w:t>TwinWorks · example</w:t>
    </w:r>
    <w:r>
      <w:tab/>
    </w:r>
    <w:r>
      <w:rPr>
        <w:color w:val="6B7280"/>
        <w:sz w:val="16"/>
      </w:rPr>
      <w:t>WI-EX-101 · Rev.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example: SO-101 gripper servo</dc:title>
  <dc:subject>Work instruction example: SO-101 gripper servo</dc:subject>
  <dc:creator>TwinWorks</dc:creator>
  <cp:keywords>work instruction template, work instructions with pictures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